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E652144" w14:textId="77777777" w:rsidR="00DF4C54" w:rsidRDefault="00000000">
      <w:pPr>
        <w:spacing w:after="40"/>
        <w:rPr>
          <w:lang w:eastAsia="ja-JP"/>
        </w:rPr>
      </w:pPr>
      <w:r>
        <w:rPr>
          <w:b/>
          <w:color w:val="0E7AC4"/>
          <w:sz w:val="20"/>
          <w:lang w:eastAsia="ja-JP"/>
        </w:rPr>
        <w:t>賃貸管理お役立ちツール｜受付・確認用</w:t>
      </w:r>
    </w:p>
    <w:p w14:paraId="68BA1062" w14:textId="77777777" w:rsidR="00DF4C54" w:rsidRDefault="00000000">
      <w:pPr>
        <w:rPr>
          <w:lang w:eastAsia="ja-JP"/>
        </w:rPr>
      </w:pPr>
      <w:r>
        <w:rPr>
          <w:b/>
          <w:color w:val="17364D"/>
          <w:sz w:val="44"/>
          <w:lang w:eastAsia="ja-JP"/>
        </w:rPr>
        <w:t>管理物件 緊急連絡網整備チェックリスト</w:t>
      </w:r>
    </w:p>
    <w:p w14:paraId="451361E8" w14:textId="77777777" w:rsidR="00DF4C54" w:rsidRDefault="00000000">
      <w:pPr>
        <w:spacing w:after="280"/>
        <w:rPr>
          <w:lang w:eastAsia="ja-JP"/>
        </w:rPr>
      </w:pPr>
      <w:r>
        <w:rPr>
          <w:color w:val="5F6B76"/>
          <w:sz w:val="21"/>
          <w:lang w:eastAsia="ja-JP"/>
        </w:rPr>
        <w:t>物件ごとの緊急連絡先を洗い出し、有効性・対応時間・保管権限を確認するフォーム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1500"/>
        <w:gridCol w:w="3180"/>
        <w:gridCol w:w="1500"/>
        <w:gridCol w:w="3180"/>
      </w:tblGrid>
      <w:tr w:rsidR="00DF4C54" w14:paraId="76E926EA" w14:textId="77777777">
        <w:tc>
          <w:tcPr>
            <w:tcW w:w="15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39FE71D" w14:textId="77777777" w:rsidR="00DF4C54" w:rsidRDefault="00000000">
            <w:r>
              <w:rPr>
                <w:b/>
                <w:color w:val="17364D"/>
                <w:sz w:val="19"/>
              </w:rPr>
              <w:t>物件コード</w:t>
            </w:r>
          </w:p>
        </w:tc>
        <w:tc>
          <w:tcPr>
            <w:tcW w:w="3180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871F13D" w14:textId="77777777" w:rsidR="00DF4C54" w:rsidRDefault="00000000">
            <w:r>
              <w:rPr>
                <w:color w:val="5F6B76"/>
                <w:sz w:val="20"/>
              </w:rPr>
              <w:t>（記入）</w:t>
            </w:r>
          </w:p>
        </w:tc>
        <w:tc>
          <w:tcPr>
            <w:tcW w:w="15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40A9B8" w14:textId="77777777" w:rsidR="00DF4C54" w:rsidRDefault="00000000">
            <w:r>
              <w:rPr>
                <w:b/>
                <w:color w:val="17364D"/>
                <w:sz w:val="19"/>
              </w:rPr>
              <w:t>物件名</w:t>
            </w:r>
          </w:p>
        </w:tc>
        <w:tc>
          <w:tcPr>
            <w:tcW w:w="3180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9BBDBB9" w14:textId="77777777" w:rsidR="00DF4C54" w:rsidRDefault="00000000">
            <w:r>
              <w:rPr>
                <w:color w:val="5F6B76"/>
                <w:sz w:val="20"/>
              </w:rPr>
              <w:t>（記入）</w:t>
            </w:r>
          </w:p>
        </w:tc>
      </w:tr>
      <w:tr w:rsidR="00DF4C54" w14:paraId="3D9C973C" w14:textId="77777777">
        <w:tc>
          <w:tcPr>
            <w:tcW w:w="15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86CF9F" w14:textId="77777777" w:rsidR="00DF4C54" w:rsidRDefault="00000000">
            <w:r>
              <w:rPr>
                <w:b/>
                <w:color w:val="17364D"/>
                <w:sz w:val="19"/>
              </w:rPr>
              <w:t>所在地</w:t>
            </w:r>
          </w:p>
        </w:tc>
        <w:tc>
          <w:tcPr>
            <w:tcW w:w="3180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D80743" w14:textId="77777777" w:rsidR="00DF4C54" w:rsidRDefault="00000000">
            <w:r>
              <w:rPr>
                <w:color w:val="5F6B76"/>
                <w:sz w:val="20"/>
              </w:rPr>
              <w:t>（記入）</w:t>
            </w:r>
          </w:p>
        </w:tc>
        <w:tc>
          <w:tcPr>
            <w:tcW w:w="15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9B82E3" w14:textId="77777777" w:rsidR="00DF4C54" w:rsidRDefault="00000000">
            <w:r>
              <w:rPr>
                <w:b/>
                <w:color w:val="17364D"/>
                <w:sz w:val="19"/>
              </w:rPr>
              <w:t>管理担当</w:t>
            </w:r>
          </w:p>
        </w:tc>
        <w:tc>
          <w:tcPr>
            <w:tcW w:w="3180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5F90760" w14:textId="77777777" w:rsidR="00DF4C54" w:rsidRDefault="00000000">
            <w:r>
              <w:rPr>
                <w:color w:val="5F6B76"/>
                <w:sz w:val="20"/>
              </w:rPr>
              <w:t>（記入）</w:t>
            </w:r>
          </w:p>
        </w:tc>
      </w:tr>
      <w:tr w:rsidR="00DF4C54" w14:paraId="451A24F5" w14:textId="77777777">
        <w:tc>
          <w:tcPr>
            <w:tcW w:w="15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62BCD4" w14:textId="77777777" w:rsidR="00DF4C54" w:rsidRDefault="00000000">
            <w:r>
              <w:rPr>
                <w:b/>
                <w:color w:val="17364D"/>
                <w:sz w:val="19"/>
              </w:rPr>
              <w:t>最終確認日</w:t>
            </w:r>
          </w:p>
        </w:tc>
        <w:tc>
          <w:tcPr>
            <w:tcW w:w="3180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F2D74C" w14:textId="77777777" w:rsidR="00DF4C54" w:rsidRDefault="00000000">
            <w:r>
              <w:rPr>
                <w:color w:val="5F6B76"/>
                <w:sz w:val="20"/>
              </w:rPr>
              <w:t>（記入）</w:t>
            </w:r>
          </w:p>
        </w:tc>
        <w:tc>
          <w:tcPr>
            <w:tcW w:w="15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3A66FC" w14:textId="77777777" w:rsidR="00DF4C54" w:rsidRDefault="00000000">
            <w:r>
              <w:rPr>
                <w:b/>
                <w:color w:val="17364D"/>
                <w:sz w:val="19"/>
              </w:rPr>
              <w:t>次回確認日</w:t>
            </w:r>
          </w:p>
        </w:tc>
        <w:tc>
          <w:tcPr>
            <w:tcW w:w="3180" w:type="dxa"/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8DAC5C" w14:textId="77777777" w:rsidR="00DF4C54" w:rsidRDefault="00000000">
            <w:r>
              <w:rPr>
                <w:color w:val="5F6B76"/>
                <w:sz w:val="20"/>
              </w:rPr>
              <w:t>（記入）</w:t>
            </w:r>
          </w:p>
        </w:tc>
      </w:tr>
    </w:tbl>
    <w:p w14:paraId="17089530" w14:textId="77777777" w:rsidR="00DF4C54" w:rsidRDefault="00DF4C54">
      <w:pPr>
        <w:spacing w:after="0"/>
      </w:pPr>
    </w:p>
    <w:p w14:paraId="3F4FFF2C" w14:textId="77777777" w:rsidR="00DF4C54" w:rsidRDefault="00000000">
      <w:pPr>
        <w:pStyle w:val="21"/>
      </w:pPr>
      <w:r>
        <w:t xml:space="preserve">1. </w:t>
      </w:r>
      <w:r>
        <w:t>設備・保守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650"/>
        <w:gridCol w:w="4050"/>
        <w:gridCol w:w="4660"/>
      </w:tblGrid>
      <w:tr w:rsidR="00DF4C54" w14:paraId="50C17166" w14:textId="77777777">
        <w:trPr>
          <w:tblHeader/>
        </w:trPr>
        <w:tc>
          <w:tcPr>
            <w:tcW w:w="65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AFCFF51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確認</w:t>
            </w:r>
          </w:p>
        </w:tc>
        <w:tc>
          <w:tcPr>
            <w:tcW w:w="405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DBB971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確認項目</w:t>
            </w:r>
          </w:p>
        </w:tc>
        <w:tc>
          <w:tcPr>
            <w:tcW w:w="466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65F6FF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記録・回答</w:t>
            </w:r>
          </w:p>
        </w:tc>
      </w:tr>
      <w:tr w:rsidR="00DF4C54" w14:paraId="607365B0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282AF3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8047E67" w14:textId="77777777" w:rsidR="00DF4C54" w:rsidRDefault="00000000">
            <w:r>
              <w:rPr>
                <w:color w:val="263238"/>
                <w:sz w:val="18"/>
              </w:rPr>
              <w:t>水道・漏水・排水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71EBE4" w14:textId="77777777" w:rsidR="00DF4C54" w:rsidRDefault="00DF4C54"/>
        </w:tc>
      </w:tr>
      <w:tr w:rsidR="00DF4C54" w14:paraId="51793144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611054D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053830" w14:textId="77777777" w:rsidR="00DF4C54" w:rsidRDefault="00000000">
            <w:r>
              <w:rPr>
                <w:color w:val="263238"/>
                <w:sz w:val="18"/>
              </w:rPr>
              <w:t>電気・停電・共用照明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1493B6A" w14:textId="77777777" w:rsidR="00DF4C54" w:rsidRDefault="00DF4C54"/>
        </w:tc>
      </w:tr>
      <w:tr w:rsidR="00DF4C54" w14:paraId="5FF3F782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163DCCA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F19F81D" w14:textId="77777777" w:rsidR="00DF4C54" w:rsidRDefault="00000000">
            <w:r>
              <w:rPr>
                <w:color w:val="263238"/>
                <w:sz w:val="18"/>
              </w:rPr>
              <w:t>ガス・給湯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2505C5C" w14:textId="77777777" w:rsidR="00DF4C54" w:rsidRDefault="00DF4C54"/>
        </w:tc>
      </w:tr>
      <w:tr w:rsidR="00DF4C54" w14:paraId="03DF05DD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6B1803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84F725" w14:textId="77777777" w:rsidR="00DF4C54" w:rsidRDefault="00000000">
            <w:r>
              <w:rPr>
                <w:color w:val="263238"/>
                <w:sz w:val="18"/>
              </w:rPr>
              <w:t>消防設備・火災報知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80A07EF" w14:textId="77777777" w:rsidR="00DF4C54" w:rsidRDefault="00DF4C54"/>
        </w:tc>
      </w:tr>
      <w:tr w:rsidR="00DF4C54" w14:paraId="47CFDE31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F0AA72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C78742" w14:textId="77777777" w:rsidR="00DF4C54" w:rsidRDefault="00000000">
            <w:r>
              <w:rPr>
                <w:color w:val="263238"/>
                <w:sz w:val="18"/>
              </w:rPr>
              <w:t>エレベーター・機械式駐車場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59CB4C5" w14:textId="77777777" w:rsidR="00DF4C54" w:rsidRDefault="00DF4C54"/>
        </w:tc>
      </w:tr>
      <w:tr w:rsidR="00DF4C54" w14:paraId="3CD4991F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C8BE043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D271160" w14:textId="77777777" w:rsidR="00DF4C54" w:rsidRDefault="00000000">
            <w:r>
              <w:rPr>
                <w:color w:val="263238"/>
                <w:sz w:val="18"/>
              </w:rPr>
              <w:t>オートロック・警備・鍵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D28212" w14:textId="77777777" w:rsidR="00DF4C54" w:rsidRDefault="00DF4C54"/>
        </w:tc>
      </w:tr>
    </w:tbl>
    <w:p w14:paraId="1DDC1DCC" w14:textId="77777777" w:rsidR="00F85C5A" w:rsidRDefault="00F85C5A">
      <w:pPr>
        <w:pStyle w:val="21"/>
      </w:pPr>
    </w:p>
    <w:p w14:paraId="43031706" w14:textId="35191234" w:rsidR="00DF4C54" w:rsidRDefault="00000000">
      <w:pPr>
        <w:pStyle w:val="21"/>
      </w:pPr>
      <w:r>
        <w:t xml:space="preserve">2. </w:t>
      </w:r>
      <w:r>
        <w:t>関係者・契約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650"/>
        <w:gridCol w:w="4050"/>
        <w:gridCol w:w="4660"/>
      </w:tblGrid>
      <w:tr w:rsidR="00DF4C54" w14:paraId="15AEFD51" w14:textId="77777777">
        <w:trPr>
          <w:tblHeader/>
        </w:trPr>
        <w:tc>
          <w:tcPr>
            <w:tcW w:w="65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971612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確認</w:t>
            </w:r>
          </w:p>
        </w:tc>
        <w:tc>
          <w:tcPr>
            <w:tcW w:w="405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736A907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確認項目</w:t>
            </w:r>
          </w:p>
        </w:tc>
        <w:tc>
          <w:tcPr>
            <w:tcW w:w="466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6FF2804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記録・回答</w:t>
            </w:r>
          </w:p>
        </w:tc>
      </w:tr>
      <w:tr w:rsidR="00DF4C54" w14:paraId="05215AE5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38DA6C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12064D0" w14:textId="77777777" w:rsidR="00DF4C54" w:rsidRDefault="00000000">
            <w:r>
              <w:rPr>
                <w:color w:val="263238"/>
                <w:sz w:val="18"/>
              </w:rPr>
              <w:t>オーナー・資産管理担当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2C83189" w14:textId="77777777" w:rsidR="00DF4C54" w:rsidRDefault="00DF4C54"/>
        </w:tc>
      </w:tr>
      <w:tr w:rsidR="00DF4C54" w14:paraId="38FD5322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BA8BBE9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3DC6BE" w14:textId="77777777" w:rsidR="00DF4C54" w:rsidRDefault="00000000">
            <w:r>
              <w:rPr>
                <w:color w:val="263238"/>
                <w:sz w:val="18"/>
              </w:rPr>
              <w:t>管理会社の夜間・休日窓口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3FE2C7C" w14:textId="77777777" w:rsidR="00DF4C54" w:rsidRDefault="00DF4C54"/>
        </w:tc>
      </w:tr>
      <w:tr w:rsidR="00DF4C54" w14:paraId="7DEF370C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96B2121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E2F0C3" w14:textId="77777777" w:rsidR="00DF4C54" w:rsidRDefault="00000000">
            <w:r>
              <w:rPr>
                <w:color w:val="263238"/>
                <w:sz w:val="18"/>
              </w:rPr>
              <w:t>保険会社・事故受付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3B59C2" w14:textId="77777777" w:rsidR="00DF4C54" w:rsidRDefault="00DF4C54"/>
        </w:tc>
      </w:tr>
      <w:tr w:rsidR="00DF4C54" w14:paraId="00C3612B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D1FC3D0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A7F787" w14:textId="77777777" w:rsidR="00DF4C54" w:rsidRDefault="00000000">
            <w:r>
              <w:rPr>
                <w:color w:val="263238"/>
                <w:sz w:val="18"/>
              </w:rPr>
              <w:t>主要修繕業者・清掃会社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4CFBE47" w14:textId="77777777" w:rsidR="00DF4C54" w:rsidRDefault="00DF4C54"/>
        </w:tc>
      </w:tr>
      <w:tr w:rsidR="00DF4C54" w14:paraId="77DDC26E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2736B03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DD3B5F" w14:textId="77777777" w:rsidR="00DF4C54" w:rsidRDefault="00000000">
            <w:r>
              <w:rPr>
                <w:color w:val="263238"/>
                <w:sz w:val="18"/>
              </w:rPr>
              <w:t>警察・消防・自治体等の公的連絡先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3B4BF5" w14:textId="77777777" w:rsidR="00DF4C54" w:rsidRDefault="00DF4C54"/>
        </w:tc>
      </w:tr>
    </w:tbl>
    <w:p w14:paraId="1178E5C2" w14:textId="77777777" w:rsidR="00DF4C54" w:rsidRDefault="00000000">
      <w:pPr>
        <w:pStyle w:val="21"/>
      </w:pPr>
      <w:r>
        <w:t xml:space="preserve">3. </w:t>
      </w:r>
      <w:r>
        <w:t>運用確認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650"/>
        <w:gridCol w:w="4050"/>
        <w:gridCol w:w="4660"/>
      </w:tblGrid>
      <w:tr w:rsidR="00DF4C54" w14:paraId="2DC7EF2E" w14:textId="77777777">
        <w:trPr>
          <w:tblHeader/>
        </w:trPr>
        <w:tc>
          <w:tcPr>
            <w:tcW w:w="65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612F740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確認</w:t>
            </w:r>
          </w:p>
        </w:tc>
        <w:tc>
          <w:tcPr>
            <w:tcW w:w="405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0A43FCD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確認項目</w:t>
            </w:r>
          </w:p>
        </w:tc>
        <w:tc>
          <w:tcPr>
            <w:tcW w:w="466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8303E04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19"/>
              </w:rPr>
              <w:t>記録・回答</w:t>
            </w:r>
          </w:p>
        </w:tc>
      </w:tr>
      <w:tr w:rsidR="00DF4C54" w14:paraId="468E5E23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A2F80D7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6E9CBC" w14:textId="77777777" w:rsidR="00DF4C54" w:rsidRDefault="00000000">
            <w:r>
              <w:rPr>
                <w:color w:val="263238"/>
                <w:sz w:val="18"/>
              </w:rPr>
              <w:t>電話番号と対応時間が最新である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D7FAFF7" w14:textId="77777777" w:rsidR="00DF4C54" w:rsidRDefault="00DF4C54"/>
        </w:tc>
      </w:tr>
      <w:tr w:rsidR="00DF4C54" w14:paraId="3699FF1F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EBE4286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40AF867" w14:textId="77777777" w:rsidR="00DF4C54" w:rsidRDefault="00000000">
            <w:r>
              <w:rPr>
                <w:color w:val="263238"/>
                <w:sz w:val="18"/>
              </w:rPr>
              <w:t>契約番号・物件番号がすぐ確認できる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3E86C91" w14:textId="77777777" w:rsidR="00DF4C54" w:rsidRDefault="00DF4C54"/>
        </w:tc>
      </w:tr>
      <w:tr w:rsidR="00DF4C54" w14:paraId="67643E2E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CDD1942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91EE060" w14:textId="77777777" w:rsidR="00DF4C54" w:rsidRDefault="00000000">
            <w:r>
              <w:rPr>
                <w:color w:val="263238"/>
                <w:sz w:val="18"/>
              </w:rPr>
              <w:t>連絡優先順位と代替先が決まっている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92B631" w14:textId="77777777" w:rsidR="00DF4C54" w:rsidRDefault="00DF4C54"/>
        </w:tc>
      </w:tr>
      <w:tr w:rsidR="00DF4C54" w14:paraId="03604A9E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BB25663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3A8C81D" w14:textId="77777777" w:rsidR="00DF4C54" w:rsidRDefault="00000000">
            <w:r>
              <w:rPr>
                <w:color w:val="263238"/>
                <w:sz w:val="18"/>
              </w:rPr>
              <w:t>閲覧権限・現場掲示可否が決まっている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D11EA90" w14:textId="77777777" w:rsidR="00DF4C54" w:rsidRDefault="00DF4C54"/>
        </w:tc>
      </w:tr>
      <w:tr w:rsidR="00DF4C54" w14:paraId="76CA13AB" w14:textId="77777777">
        <w:tc>
          <w:tcPr>
            <w:tcW w:w="6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01B3AA2" w14:textId="77777777" w:rsidR="00DF4C54" w:rsidRDefault="00000000">
            <w:pPr>
              <w:jc w:val="center"/>
            </w:pPr>
            <w:r>
              <w:rPr>
                <w:color w:val="0E7AC4"/>
                <w:sz w:val="28"/>
              </w:rPr>
              <w:t>□</w:t>
            </w:r>
          </w:p>
        </w:tc>
        <w:tc>
          <w:tcPr>
            <w:tcW w:w="4050" w:type="dxa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FA52B46" w14:textId="77777777" w:rsidR="00DF4C54" w:rsidRDefault="00000000">
            <w:r>
              <w:rPr>
                <w:color w:val="263238"/>
                <w:sz w:val="18"/>
              </w:rPr>
              <w:t>夜間担当へ保管場所を周知した</w:t>
            </w:r>
          </w:p>
        </w:tc>
        <w:tc>
          <w:tcPr>
            <w:tcW w:w="46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E79EEC7" w14:textId="77777777" w:rsidR="00DF4C54" w:rsidRDefault="00DF4C54"/>
        </w:tc>
      </w:tr>
    </w:tbl>
    <w:p w14:paraId="41617CFC" w14:textId="77777777" w:rsidR="00DF4C54" w:rsidRDefault="00000000">
      <w:r>
        <w:br w:type="page"/>
      </w:r>
    </w:p>
    <w:p w14:paraId="54049EBF" w14:textId="77777777" w:rsidR="00DF4C54" w:rsidRDefault="00000000">
      <w:pPr>
        <w:pStyle w:val="1"/>
      </w:pPr>
      <w:r>
        <w:lastRenderedPageBreak/>
        <w:t>対応・引継ぎ記録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2200"/>
        <w:gridCol w:w="7160"/>
      </w:tblGrid>
      <w:tr w:rsidR="00DF4C54" w14:paraId="0ADE65BF" w14:textId="77777777">
        <w:trPr>
          <w:tblHeader/>
        </w:trPr>
        <w:tc>
          <w:tcPr>
            <w:tcW w:w="220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4ADF00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項目</w:t>
            </w:r>
          </w:p>
        </w:tc>
        <w:tc>
          <w:tcPr>
            <w:tcW w:w="7160" w:type="dxa"/>
            <w:shd w:val="clear" w:color="auto" w:fill="0E7AC4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359E621" w14:textId="77777777" w:rsidR="00DF4C54" w:rsidRDefault="00000000">
            <w:pPr>
              <w:jc w:val="center"/>
            </w:pPr>
            <w:r>
              <w:rPr>
                <w:b/>
                <w:color w:val="FFFFFF"/>
                <w:sz w:val="20"/>
              </w:rPr>
              <w:t>記録</w:t>
            </w:r>
          </w:p>
        </w:tc>
      </w:tr>
      <w:tr w:rsidR="00DF4C54" w14:paraId="48D46CFB" w14:textId="77777777">
        <w:tc>
          <w:tcPr>
            <w:tcW w:w="22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F1F721" w14:textId="77777777" w:rsidR="00DF4C54" w:rsidRDefault="00000000">
            <w:r>
              <w:rPr>
                <w:b/>
                <w:color w:val="17364D"/>
                <w:sz w:val="20"/>
              </w:rPr>
              <w:t>連絡先区分</w:t>
            </w:r>
          </w:p>
        </w:tc>
        <w:tc>
          <w:tcPr>
            <w:tcW w:w="71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A25CF2" w14:textId="77777777" w:rsidR="00DF4C54" w:rsidRDefault="00DF4C54"/>
        </w:tc>
      </w:tr>
      <w:tr w:rsidR="00DF4C54" w14:paraId="718D6681" w14:textId="77777777">
        <w:tc>
          <w:tcPr>
            <w:tcW w:w="22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65B473" w14:textId="77777777" w:rsidR="00DF4C54" w:rsidRDefault="00000000">
            <w:r>
              <w:rPr>
                <w:b/>
                <w:color w:val="17364D"/>
                <w:sz w:val="20"/>
              </w:rPr>
              <w:t>会社・担当</w:t>
            </w:r>
          </w:p>
        </w:tc>
        <w:tc>
          <w:tcPr>
            <w:tcW w:w="71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C85C66" w14:textId="77777777" w:rsidR="00DF4C54" w:rsidRDefault="00DF4C54"/>
        </w:tc>
      </w:tr>
      <w:tr w:rsidR="00DF4C54" w14:paraId="36A8F0A7" w14:textId="77777777">
        <w:tc>
          <w:tcPr>
            <w:tcW w:w="22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8A25E92" w14:textId="77777777" w:rsidR="00DF4C54" w:rsidRDefault="00000000">
            <w:r>
              <w:rPr>
                <w:b/>
                <w:color w:val="17364D"/>
                <w:sz w:val="20"/>
              </w:rPr>
              <w:t>電話番号</w:t>
            </w:r>
          </w:p>
        </w:tc>
        <w:tc>
          <w:tcPr>
            <w:tcW w:w="71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12DCAE" w14:textId="77777777" w:rsidR="00DF4C54" w:rsidRDefault="00DF4C54"/>
        </w:tc>
      </w:tr>
      <w:tr w:rsidR="00DF4C54" w14:paraId="61A950B9" w14:textId="77777777">
        <w:tc>
          <w:tcPr>
            <w:tcW w:w="22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A2510A9" w14:textId="77777777" w:rsidR="00DF4C54" w:rsidRDefault="00000000">
            <w:r>
              <w:rPr>
                <w:b/>
                <w:color w:val="17364D"/>
                <w:sz w:val="20"/>
              </w:rPr>
              <w:t>対応時間</w:t>
            </w:r>
          </w:p>
        </w:tc>
        <w:tc>
          <w:tcPr>
            <w:tcW w:w="71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FCDCA4" w14:textId="77777777" w:rsidR="00DF4C54" w:rsidRDefault="00DF4C54"/>
        </w:tc>
      </w:tr>
      <w:tr w:rsidR="00DF4C54" w14:paraId="44F43B2B" w14:textId="77777777">
        <w:tc>
          <w:tcPr>
            <w:tcW w:w="22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78ABE8C" w14:textId="77777777" w:rsidR="00DF4C54" w:rsidRDefault="00000000">
            <w:r>
              <w:rPr>
                <w:b/>
                <w:color w:val="17364D"/>
                <w:sz w:val="20"/>
              </w:rPr>
              <w:t>契約番号</w:t>
            </w:r>
          </w:p>
        </w:tc>
        <w:tc>
          <w:tcPr>
            <w:tcW w:w="71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BCC591" w14:textId="77777777" w:rsidR="00DF4C54" w:rsidRDefault="00DF4C54"/>
        </w:tc>
      </w:tr>
      <w:tr w:rsidR="00DF4C54" w14:paraId="4133A1C7" w14:textId="77777777">
        <w:tc>
          <w:tcPr>
            <w:tcW w:w="22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88EC53F" w14:textId="77777777" w:rsidR="00DF4C54" w:rsidRDefault="00000000">
            <w:r>
              <w:rPr>
                <w:b/>
                <w:color w:val="17364D"/>
                <w:sz w:val="20"/>
              </w:rPr>
              <w:t>優先順位</w:t>
            </w:r>
          </w:p>
        </w:tc>
        <w:tc>
          <w:tcPr>
            <w:tcW w:w="71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831FFEA" w14:textId="77777777" w:rsidR="00DF4C54" w:rsidRDefault="00DF4C54"/>
        </w:tc>
      </w:tr>
      <w:tr w:rsidR="00DF4C54" w14:paraId="6626DED9" w14:textId="77777777">
        <w:tc>
          <w:tcPr>
            <w:tcW w:w="2200" w:type="dxa"/>
            <w:shd w:val="clear" w:color="auto" w:fill="EAF5FC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4D22D1A" w14:textId="77777777" w:rsidR="00DF4C54" w:rsidRDefault="00000000">
            <w:r>
              <w:rPr>
                <w:b/>
                <w:color w:val="17364D"/>
                <w:sz w:val="20"/>
              </w:rPr>
              <w:t>保管区分</w:t>
            </w:r>
          </w:p>
        </w:tc>
        <w:tc>
          <w:tcPr>
            <w:tcW w:w="71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E19282B" w14:textId="77777777" w:rsidR="00DF4C54" w:rsidRDefault="00DF4C54"/>
        </w:tc>
      </w:tr>
    </w:tbl>
    <w:p w14:paraId="7C4013E1" w14:textId="77777777" w:rsidR="00DF4C54" w:rsidRDefault="00000000">
      <w:pPr>
        <w:pStyle w:val="21"/>
      </w:pPr>
      <w:r>
        <w:t>自由記録・次回対応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DF4C54" w14:paraId="71B52BCC" w14:textId="77777777">
        <w:tc>
          <w:tcPr>
            <w:tcW w:w="93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14791E7" w14:textId="77777777" w:rsidR="00DF4C54" w:rsidRDefault="00DF4C54"/>
        </w:tc>
      </w:tr>
      <w:tr w:rsidR="00DF4C54" w14:paraId="0DCA84EB" w14:textId="77777777">
        <w:tc>
          <w:tcPr>
            <w:tcW w:w="93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E5E2BFE" w14:textId="77777777" w:rsidR="00DF4C54" w:rsidRDefault="00DF4C54"/>
        </w:tc>
      </w:tr>
      <w:tr w:rsidR="00DF4C54" w14:paraId="6F5073C3" w14:textId="77777777">
        <w:tc>
          <w:tcPr>
            <w:tcW w:w="93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D59F673" w14:textId="77777777" w:rsidR="00DF4C54" w:rsidRDefault="00DF4C54"/>
        </w:tc>
      </w:tr>
      <w:tr w:rsidR="00DF4C54" w14:paraId="56C9CDB5" w14:textId="77777777">
        <w:tc>
          <w:tcPr>
            <w:tcW w:w="9360" w:type="dxa"/>
            <w:shd w:val="clear" w:color="auto" w:fill="FFFDF5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C7605CF" w14:textId="77777777" w:rsidR="00DF4C54" w:rsidRDefault="00DF4C54"/>
        </w:tc>
      </w:tr>
    </w:tbl>
    <w:p w14:paraId="16E58E2B" w14:textId="77777777" w:rsidR="00DF4C54" w:rsidRDefault="00000000">
      <w:pPr>
        <w:pStyle w:val="21"/>
      </w:pPr>
      <w:r>
        <w:t>利用時の注意</w:t>
      </w:r>
    </w:p>
    <w:tbl>
      <w:tblPr>
        <w:tblW w:w="9360" w:type="dxa"/>
        <w:tblInd w:w="120" w:type="dxa"/>
        <w:tblLayout w:type="fixed"/>
        <w:tblLook w:val="04A0" w:firstRow="1" w:lastRow="0" w:firstColumn="1" w:lastColumn="0" w:noHBand="0" w:noVBand="1"/>
      </w:tblPr>
      <w:tblGrid>
        <w:gridCol w:w="9360"/>
      </w:tblGrid>
      <w:tr w:rsidR="00DF4C54" w14:paraId="3235F5FC" w14:textId="77777777">
        <w:tc>
          <w:tcPr>
            <w:tcW w:w="9360" w:type="dxa"/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F8BD34C" w14:textId="77777777" w:rsidR="00DF4C54" w:rsidRDefault="00000000">
            <w:r>
              <w:rPr>
                <w:color w:val="7C4A03"/>
                <w:sz w:val="18"/>
              </w:rPr>
              <w:t>注意 1　人命・安全に関わる緊急時は、公的機関への通報と現場の安全確保を優先してください。</w:t>
            </w:r>
          </w:p>
        </w:tc>
      </w:tr>
      <w:tr w:rsidR="00DF4C54" w14:paraId="08FA7C75" w14:textId="77777777">
        <w:tc>
          <w:tcPr>
            <w:tcW w:w="9360" w:type="dxa"/>
            <w:shd w:val="clear" w:color="auto" w:fill="FFF8E1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B2A8343" w14:textId="77777777" w:rsidR="00DF4C54" w:rsidRDefault="00000000">
            <w:r>
              <w:rPr>
                <w:color w:val="7C4A03"/>
                <w:sz w:val="18"/>
              </w:rPr>
              <w:t>注意 2　個人の携帯番号、契約番号、鍵関連情報は、目的と権限を限定して管理してください。</w:t>
            </w:r>
          </w:p>
        </w:tc>
      </w:tr>
    </w:tbl>
    <w:p w14:paraId="0C854330" w14:textId="77777777" w:rsidR="007970B6" w:rsidRDefault="007970B6"/>
    <w:sectPr w:rsidR="007970B6" w:rsidSect="00034616">
      <w:headerReference w:type="default" r:id="rId8"/>
      <w:footerReference w:type="default" r:id="rId9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B2D93F4" w14:textId="77777777" w:rsidR="007970B6" w:rsidRDefault="007970B6">
      <w:pPr>
        <w:spacing w:after="0" w:line="240" w:lineRule="auto"/>
      </w:pPr>
      <w:r>
        <w:separator/>
      </w:r>
    </w:p>
  </w:endnote>
  <w:endnote w:type="continuationSeparator" w:id="0">
    <w:p w14:paraId="07471997" w14:textId="77777777" w:rsidR="007970B6" w:rsidRDefault="00797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CA823FC" w14:textId="77777777" w:rsidR="00DF4C54" w:rsidRDefault="00000000">
    <w:pPr>
      <w:pStyle w:val="a7"/>
      <w:jc w:val="right"/>
    </w:pPr>
    <w:r>
      <w:rPr>
        <w:color w:val="5F6B76"/>
        <w:sz w:val="18"/>
      </w:rPr>
      <w:t xml:space="preserve">Page </w:t>
    </w:r>
    <w:r>
      <w:rPr>
        <w:color w:val="5F6B76"/>
        <w:sz w:val="18"/>
      </w:rPr>
      <w:fldChar w:fldCharType="begin"/>
    </w:r>
    <w:r>
      <w:rPr>
        <w:color w:val="5F6B76"/>
        <w:sz w:val="18"/>
      </w:rPr>
      <w:instrText>PAGE</w:instrText>
    </w:r>
    <w:r w:rsidR="00F85C5A">
      <w:rPr>
        <w:color w:val="5F6B76"/>
        <w:sz w:val="18"/>
      </w:rPr>
      <w:fldChar w:fldCharType="separate"/>
    </w:r>
    <w:r w:rsidR="00F85C5A">
      <w:rPr>
        <w:noProof/>
        <w:color w:val="5F6B76"/>
        <w:sz w:val="18"/>
      </w:rPr>
      <w:t>1</w:t>
    </w:r>
    <w:r>
      <w:rPr>
        <w:color w:val="5F6B76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8734E0B" w14:textId="77777777" w:rsidR="007970B6" w:rsidRDefault="007970B6">
      <w:pPr>
        <w:spacing w:after="0" w:line="240" w:lineRule="auto"/>
      </w:pPr>
      <w:r>
        <w:separator/>
      </w:r>
    </w:p>
  </w:footnote>
  <w:footnote w:type="continuationSeparator" w:id="0">
    <w:p w14:paraId="5CEA7315" w14:textId="77777777" w:rsidR="007970B6" w:rsidRDefault="007970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AE27E51" w14:textId="77777777" w:rsidR="00DF4C54" w:rsidRDefault="00000000">
    <w:pPr>
      <w:pStyle w:val="a5"/>
      <w:jc w:val="right"/>
      <w:rPr>
        <w:lang w:eastAsia="ja-JP"/>
      </w:rPr>
    </w:pPr>
    <w:r>
      <w:rPr>
        <w:color w:val="5F6B76"/>
        <w:sz w:val="17"/>
        <w:lang w:eastAsia="ja-JP"/>
      </w:rPr>
      <w:t>ReDocS 賃貸管理お役立ちツール｜管理物件 緊急連絡網整備チェックリスト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85706511">
    <w:abstractNumId w:val="8"/>
  </w:num>
  <w:num w:numId="2" w16cid:durableId="1725177838">
    <w:abstractNumId w:val="6"/>
  </w:num>
  <w:num w:numId="3" w16cid:durableId="422068918">
    <w:abstractNumId w:val="5"/>
  </w:num>
  <w:num w:numId="4" w16cid:durableId="1700155280">
    <w:abstractNumId w:val="4"/>
  </w:num>
  <w:num w:numId="5" w16cid:durableId="1123108814">
    <w:abstractNumId w:val="7"/>
  </w:num>
  <w:num w:numId="6" w16cid:durableId="253898224">
    <w:abstractNumId w:val="3"/>
  </w:num>
  <w:num w:numId="7" w16cid:durableId="586698054">
    <w:abstractNumId w:val="2"/>
  </w:num>
  <w:num w:numId="8" w16cid:durableId="1191991827">
    <w:abstractNumId w:val="1"/>
  </w:num>
  <w:num w:numId="9" w16cid:durableId="59575209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2"/>
  <w:bordersDoNotSurroundHeader/>
  <w:bordersDoNotSurroundFooter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970B6"/>
    <w:rsid w:val="00AA1D8D"/>
    <w:rsid w:val="00B47730"/>
    <w:rsid w:val="00CB0664"/>
    <w:rsid w:val="00D41B3A"/>
    <w:rsid w:val="00DF4C54"/>
    <w:rsid w:val="00F85C5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4E0CA4B"/>
  <w14:defaultImageDpi w14:val="300"/>
  <w15:docId w15:val="{E4B90928-1E77-1145-A12B-B59EB2D99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20" w:line="300" w:lineRule="auto"/>
    </w:pPr>
    <w:rPr>
      <w:rFonts w:ascii="Arial Unicode MS" w:eastAsia="Arial Unicode MS" w:hAnsi="Arial Unicode MS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/>
      <w:b/>
      <w:bCs/>
      <w:color w:val="0E7AC4"/>
      <w:sz w:val="32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/>
      <w:b/>
      <w:bCs/>
      <w:color w:val="0E7AC4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/>
      <w:b/>
      <w:bCs/>
      <w:color w:val="17364D"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ヘッダー (文字)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フッター (文字)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見出し 1 (文字)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見出し 2 (文字)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見出し 3 (文字)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表題 (文字)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題 (文字)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</w:style>
  <w:style w:type="character" w:customStyle="1" w:styleId="af0">
    <w:name w:val="本文 (文字)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line="480" w:lineRule="auto"/>
    </w:pPr>
  </w:style>
  <w:style w:type="character" w:customStyle="1" w:styleId="24">
    <w:name w:val="本文 2 (文字)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rPr>
      <w:sz w:val="16"/>
      <w:szCs w:val="16"/>
    </w:rPr>
  </w:style>
  <w:style w:type="character" w:customStyle="1" w:styleId="34">
    <w:name w:val="本文 3 (文字)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マクロ文字列 (文字)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文 (文字)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見出し 4 (文字)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見出し 5 (文字)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見出し 6 (文字)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見出し 8 (文字)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見出し 9 (文字)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27">
    <w:name w:val="Intense Quote"/>
    <w:basedOn w:val="a1"/>
    <w:next w:val="a1"/>
    <w:link w:val="28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8">
    <w:name w:val="引用文 2 (文字)"/>
    <w:basedOn w:val="a2"/>
    <w:link w:val="27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29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b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2a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d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e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2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13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14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15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16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17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2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c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2d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2e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2f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2f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2f1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37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8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39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3a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3b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3c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3d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4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3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4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5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6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7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1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2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3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4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5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6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57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6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2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63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64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65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66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67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71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2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3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4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2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83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4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5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6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7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10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110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1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11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113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4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5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6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120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4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6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30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1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32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33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3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35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36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4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1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42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43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44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4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46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株式会社 バンブーボーイ</cp:lastModifiedBy>
  <cp:revision>2</cp:revision>
  <dcterms:created xsi:type="dcterms:W3CDTF">2013-12-23T23:15:00Z</dcterms:created>
  <dcterms:modified xsi:type="dcterms:W3CDTF">2026-09-02T01:19:00Z</dcterms:modified>
  <cp:category/>
</cp:coreProperties>
</file>